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אוצר מילים הקשורות לחגים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חג הפסח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על ארוחת חג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בפסח לא אוכלים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הילדים מחפשים את האפיקומן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ידוע שאוכלים סופגניות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אפיקומן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(יום חגיגי ומיוחד)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(בית קטן לחג הסוכות)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(לובשים בפורים)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(סמל של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(מאכל מתוק של 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עם לפחות 3-4 משפטים: מי משתתף, אילו מאכלים יש, מה עושים יחד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חג ומילה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לא נכון, כי אוכלים מצה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החגים כדי לחבר בין המילה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רק בחלקי ה-mc וה-match ולהשמיט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חגים. קוראים טקסט קטן וקל על פסח.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וחגיגי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מנוחה פעם בשבוע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השנה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תחילת השנה העברית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וזמני לחג הסוכות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האורים, מדליקים 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עם תחפושות ומסכות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שבו אוכלים מצה ולא 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שטוח בלי שמרים, אוכלים בפסח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אוכלים מצה?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אוכלים בפסח?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קוראים בפסח?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מחפש אפיקומן?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מקבלים כשמוצאים אפיקומן?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כל המשפחה יושבת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אוכלים הרבה 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 הסדר שרים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מבוגרים מחפשים את האפיקומן.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סופגניות הן מאכל מתוק של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כל המשפחה יושבת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__________ ולא אוכלים לחם.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קוראים ב__________ ושרים שירים.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הילדים מחפשים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שמוצא מקבל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מתוק של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לובשים בפורים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תחפושת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 קטן לחג הסוכות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יום חגיגי ומיוחד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ארוחת חג במשפחה שלכם: מי בא? מה אוכלים? מה עושים ביחד?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ומילה אחת שקשורה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נכון: בפסח אוכלים לחם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קוראים בליל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